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Relieving letter formats (India): editable pack</w:t>
      </w:r>
    </w:p>
    <w:p>
      <w:r>
        <w:t>From ScaleSaathi (scalesaathi.in). Free to use and edit. Educational templates, not legal advice.</w:t>
      </w:r>
    </w:p>
    <w:p>
      <w:r>
        <w:t>How to use:</w:t>
      </w:r>
    </w:p>
    <w:p>
      <w:pPr>
        <w:pStyle w:val="ListNumber"/>
      </w:pPr>
      <w:r>
        <w:t>Each letter starts on a new page. Copy the one you need onto your letterhead.</w:t>
      </w:r>
    </w:p>
    <w:p>
      <w:pPr>
        <w:pStyle w:val="ListNumber"/>
      </w:pPr>
      <w:r>
        <w:t>Replace everything in [square brackets]. Delete the option you do not need where a letter shows [Option A] / [Option B].</w:t>
      </w:r>
    </w:p>
    <w:p>
      <w:pPr>
        <w:pStyle w:val="ListNumber"/>
      </w:pPr>
      <w:r>
        <w:t>Print on letterhead, sign and stamp, or send a scanned or digitally signed PDF by email.</w:t>
      </w:r>
    </w:p>
    <w:p>
      <w:pPr>
        <w:pStyle w:val="ListNumber"/>
      </w:pPr>
      <w:r>
        <w:t>Keep a signed copy in the employee file. Keep reasons for leaving, disputes and remarks out of the letter.</w:t>
      </w:r>
    </w:p>
    <w:p>
      <w:pPr>
        <w:pStyle w:val="ListNumber"/>
      </w:pPr>
      <w:r>
        <w:t>Check notice period, recoveries and settlement dates against the appointment letter, your HR policy and your state rules.</w:t>
      </w:r>
    </w:p>
    <w:p>
      <w:r>
        <w:t>Letters in this pack:</w:t>
      </w:r>
    </w:p>
    <w:p>
      <w:r>
        <w:t>1. Standard relieving letter: Use when the employee resigned and served the agreed notice.</w:t>
      </w:r>
    </w:p>
    <w:p>
      <w:r>
        <w:t>2. Resignation acceptance letter: Send within a few days of receiving the resignation. It fixes the last working day and the handover plan.</w:t>
      </w:r>
    </w:p>
    <w:p>
      <w:r>
        <w:t>3. Relieving-cum-experience letter: One letter that both relieves the employee and confirms the work they did.</w:t>
      </w:r>
    </w:p>
    <w:p>
      <w:r>
        <w:t>4. Relieving letter: notice period bought out or waived: Use when the employee paid for the unserved notice or you agreed to release them early.</w:t>
      </w:r>
    </w:p>
    <w:p>
      <w:r>
        <w:t>5. Relieving letter: short notice with recovery: Use when the employee left before completing notice and agreed in writing to an adjustment in the final settlement.</w:t>
      </w:r>
    </w:p>
    <w:p>
      <w:r>
        <w:t>6. Relieving letter during or at the end of probation: For an employee who leaves, or is not confirmed, during probation.</w:t>
      </w:r>
    </w:p>
    <w:p>
      <w:r>
        <w:t>7. Relieving letter after termination or layoff: Neutral letter after the employer ended the employment. Keep reasons out of it; they belong in the termination letter.</w:t>
      </w:r>
    </w:p>
    <w:p>
      <w:r>
        <w:t>8. Notice to an absconding employee (not a relieving letter): Send to the last known address and email when an employee stops coming without notice. Do not issue a normal relieving letter yet.</w:t>
      </w:r>
    </w:p>
    <w:p>
      <w:r>
        <w:br w:type="page"/>
      </w:r>
    </w:p>
    <w:p>
      <w:r>
        <w:rPr>
          <w:b/>
          <w:sz w:val="18"/>
        </w:rPr>
        <w:t>STANDARD RELIEVING LETTER</w:t>
      </w:r>
    </w:p>
    <w:p>
      <w:r>
        <w:rPr>
          <w:i/>
          <w:sz w:val="18"/>
        </w:rPr>
        <w:t>Use when the employee resigned and served the agreed notice.</w:t>
      </w:r>
    </w:p>
    <w:p>
      <w:pPr>
        <w:spacing w:after="80"/>
      </w:pPr>
      <w:r>
        <w:rPr>
          <w:b/>
        </w:rPr>
        <w:t>[Company Name]</w:t>
      </w:r>
    </w:p>
    <w:p>
      <w:pPr>
        <w:spacing w:after="80"/>
      </w:pPr>
      <w:r>
        <w:t>[Company address, city, PIN]</w:t>
      </w:r>
    </w:p>
    <w:p>
      <w:pPr>
        <w:spacing w:after="80"/>
      </w:pPr>
      <w:r>
        <w:t>[Phone] · [Email] · GSTIN/CIN: [if any]</w:t>
      </w:r>
    </w:p>
    <w:p>
      <w:pPr>
        <w:spacing w:after="0"/>
      </w:pPr>
    </w:p>
    <w:p>
      <w:pPr>
        <w:spacing w:after="80"/>
      </w:pPr>
      <w:r>
        <w:t>Ref: [HR/REL/2026/__]</w:t>
      </w:r>
    </w:p>
    <w:p>
      <w:pPr>
        <w:spacing w:after="80"/>
      </w:pPr>
      <w:r>
        <w:t>Date: [DD Month YYYY]</w:t>
      </w:r>
    </w:p>
    <w:p>
      <w:pPr>
        <w:spacing w:after="0"/>
      </w:pPr>
    </w:p>
    <w:p>
      <w:pPr>
        <w:spacing w:after="80"/>
      </w:pPr>
      <w:r>
        <w:t>To,</w:t>
      </w:r>
    </w:p>
    <w:p>
      <w:pPr>
        <w:spacing w:after="80"/>
      </w:pPr>
      <w:r>
        <w:t>[Employee Name]</w:t>
      </w:r>
    </w:p>
    <w:p>
      <w:pPr>
        <w:spacing w:after="80"/>
      </w:pPr>
      <w:r>
        <w:t>Employee ID: [ID]</w:t>
      </w:r>
    </w:p>
    <w:p>
      <w:pPr>
        <w:spacing w:after="80"/>
      </w:pPr>
      <w:r>
        <w:t>[Employee address]</w:t>
      </w:r>
    </w:p>
    <w:p>
      <w:pPr>
        <w:spacing w:after="0"/>
      </w:pPr>
    </w:p>
    <w:p>
      <w:pPr>
        <w:spacing w:after="80"/>
      </w:pPr>
      <w:r>
        <w:rPr>
          <w:b/>
        </w:rPr>
        <w:t>Subject: Relieving letter</w:t>
      </w:r>
    </w:p>
    <w:p>
      <w:pPr>
        <w:spacing w:after="0"/>
      </w:pPr>
    </w:p>
    <w:p>
      <w:pPr>
        <w:spacing w:after="80"/>
      </w:pPr>
      <w:r>
        <w:t>Dear [Employee Name],</w:t>
      </w:r>
    </w:p>
    <w:p>
      <w:pPr>
        <w:spacing w:after="80"/>
      </w:pPr>
      <w:r>
        <w:t>This is with reference to your resignation letter dated [date of resignation]. Your resignation has been accepted and you are relieved from the services of [Company Name] at the close of working hours on [last working day].</w:t>
      </w:r>
    </w:p>
    <w:p>
      <w:pPr>
        <w:spacing w:after="80"/>
      </w:pPr>
      <w:r>
        <w:t>You worked with us as [Designation] in the [Department] department from [date of joining] to [last working day].</w:t>
      </w:r>
    </w:p>
    <w:p>
      <w:pPr>
        <w:spacing w:after="80"/>
      </w:pPr>
      <w:r>
        <w:t>You have handed over your duties, company property and documents in your charge. Your full and final settlement [has been paid on [date] / will be paid on or before [date]].</w:t>
      </w:r>
    </w:p>
    <w:p>
      <w:pPr>
        <w:spacing w:after="80"/>
      </w:pPr>
      <w:r>
        <w:t>We thank you for your contribution and wish you success in the future.</w:t>
      </w:r>
    </w:p>
    <w:p>
      <w:pPr>
        <w:spacing w:after="80"/>
      </w:pPr>
      <w:r>
        <w:t>Yours sincerely,</w:t>
      </w:r>
    </w:p>
    <w:p>
      <w:pPr>
        <w:spacing w:after="0"/>
      </w:pPr>
    </w:p>
    <w:p>
      <w:pPr>
        <w:spacing w:after="80"/>
      </w:pPr>
      <w:r>
        <w:t>For [Company Name]</w:t>
      </w:r>
    </w:p>
    <w:p>
      <w:pPr>
        <w:spacing w:after="0"/>
      </w:pPr>
    </w:p>
    <w:p>
      <w:pPr>
        <w:spacing w:after="0"/>
      </w:pPr>
    </w:p>
    <w:p>
      <w:pPr>
        <w:spacing w:after="80"/>
      </w:pPr>
      <w:r>
        <w:t>[Authorised Signatory Name]</w:t>
      </w:r>
    </w:p>
    <w:p>
      <w:pPr>
        <w:spacing w:after="80"/>
      </w:pPr>
      <w:r>
        <w:t>[Designation: Proprietor / Partner / Director / HR Manager]</w:t>
      </w:r>
    </w:p>
    <w:p>
      <w:pPr>
        <w:spacing w:after="80"/>
      </w:pPr>
      <w:r>
        <w:t>(Signature and company seal, if used)</w:t>
      </w:r>
    </w:p>
    <w:p>
      <w:r>
        <w:br w:type="page"/>
      </w:r>
    </w:p>
    <w:p>
      <w:r>
        <w:rPr>
          <w:b/>
          <w:sz w:val="18"/>
        </w:rPr>
        <w:t>RESIGNATION ACCEPTANCE LETTER</w:t>
      </w:r>
    </w:p>
    <w:p>
      <w:r>
        <w:rPr>
          <w:i/>
          <w:sz w:val="18"/>
        </w:rPr>
        <w:t>Send within a few days of receiving the resignation. It fixes the last working day and the handover plan.</w:t>
      </w:r>
    </w:p>
    <w:p>
      <w:pPr>
        <w:spacing w:after="80"/>
      </w:pPr>
      <w:r>
        <w:rPr>
          <w:b/>
        </w:rPr>
        <w:t>[Company Name]</w:t>
      </w:r>
    </w:p>
    <w:p>
      <w:pPr>
        <w:spacing w:after="80"/>
      </w:pPr>
      <w:r>
        <w:t>[Company address, city, PIN]</w:t>
      </w:r>
    </w:p>
    <w:p>
      <w:pPr>
        <w:spacing w:after="80"/>
      </w:pPr>
      <w:r>
        <w:t>[Phone] · [Email] · GSTIN/CIN: [if any]</w:t>
      </w:r>
    </w:p>
    <w:p>
      <w:pPr>
        <w:spacing w:after="0"/>
      </w:pPr>
    </w:p>
    <w:p>
      <w:pPr>
        <w:spacing w:after="80"/>
      </w:pPr>
      <w:r>
        <w:t>Ref: [HR/REL/2026/__]</w:t>
      </w:r>
    </w:p>
    <w:p>
      <w:pPr>
        <w:spacing w:after="80"/>
      </w:pPr>
      <w:r>
        <w:t>Date: [DD Month YYYY]</w:t>
      </w:r>
    </w:p>
    <w:p>
      <w:pPr>
        <w:spacing w:after="0"/>
      </w:pPr>
    </w:p>
    <w:p>
      <w:pPr>
        <w:spacing w:after="80"/>
      </w:pPr>
      <w:r>
        <w:t>To,</w:t>
      </w:r>
    </w:p>
    <w:p>
      <w:pPr>
        <w:spacing w:after="80"/>
      </w:pPr>
      <w:r>
        <w:t>[Employee Name]</w:t>
      </w:r>
    </w:p>
    <w:p>
      <w:pPr>
        <w:spacing w:after="80"/>
      </w:pPr>
      <w:r>
        <w:t>Employee ID: [ID]</w:t>
      </w:r>
    </w:p>
    <w:p>
      <w:pPr>
        <w:spacing w:after="80"/>
      </w:pPr>
      <w:r>
        <w:t>[Employee address]</w:t>
      </w:r>
    </w:p>
    <w:p>
      <w:pPr>
        <w:spacing w:after="0"/>
      </w:pPr>
    </w:p>
    <w:p>
      <w:pPr>
        <w:spacing w:after="80"/>
      </w:pPr>
      <w:r>
        <w:rPr>
          <w:b/>
        </w:rPr>
        <w:t>Subject: Acceptance of your resignation</w:t>
      </w:r>
    </w:p>
    <w:p>
      <w:pPr>
        <w:spacing w:after="0"/>
      </w:pPr>
    </w:p>
    <w:p>
      <w:pPr>
        <w:spacing w:after="80"/>
      </w:pPr>
      <w:r>
        <w:t>Dear [Employee Name],</w:t>
      </w:r>
    </w:p>
    <w:p>
      <w:pPr>
        <w:spacing w:after="80"/>
      </w:pPr>
      <w:r>
        <w:t>We acknowledge receipt of your resignation letter dated [date of resignation]. Your resignation is accepted.</w:t>
      </w:r>
    </w:p>
    <w:p>
      <w:pPr>
        <w:spacing w:after="80"/>
      </w:pPr>
      <w:r>
        <w:t>As per your appointment letter, your notice period is [number] days. Your last working day will be [last working day].</w:t>
      </w:r>
    </w:p>
    <w:p>
      <w:pPr>
        <w:spacing w:after="80"/>
      </w:pPr>
      <w:r>
        <w:t>Before your last working day, please hand over your work to [name of person], return company property ([laptop, ID card, keys, SIM, documents]) and clear any advance taken.</w:t>
      </w:r>
    </w:p>
    <w:p>
      <w:pPr>
        <w:spacing w:after="80"/>
      </w:pPr>
      <w:r>
        <w:t>Your relieving letter and full and final settlement will be processed after your last working day, as per company policy and applicable law.</w:t>
      </w:r>
    </w:p>
    <w:p>
      <w:pPr>
        <w:spacing w:after="80"/>
      </w:pPr>
      <w:r>
        <w:t>Yours sincerely,</w:t>
      </w:r>
    </w:p>
    <w:p>
      <w:pPr>
        <w:spacing w:after="0"/>
      </w:pPr>
    </w:p>
    <w:p>
      <w:pPr>
        <w:spacing w:after="80"/>
      </w:pPr>
      <w:r>
        <w:t>For [Company Name]</w:t>
      </w:r>
    </w:p>
    <w:p>
      <w:pPr>
        <w:spacing w:after="0"/>
      </w:pPr>
    </w:p>
    <w:p>
      <w:pPr>
        <w:spacing w:after="0"/>
      </w:pPr>
    </w:p>
    <w:p>
      <w:pPr>
        <w:spacing w:after="80"/>
      </w:pPr>
      <w:r>
        <w:t>[Authorised Signatory Name]</w:t>
      </w:r>
    </w:p>
    <w:p>
      <w:pPr>
        <w:spacing w:after="80"/>
      </w:pPr>
      <w:r>
        <w:t>[Designation: Proprietor / Partner / Director / HR Manager]</w:t>
      </w:r>
    </w:p>
    <w:p>
      <w:pPr>
        <w:spacing w:after="80"/>
      </w:pPr>
      <w:r>
        <w:t>(Signature and company seal, if used)</w:t>
      </w:r>
    </w:p>
    <w:p>
      <w:r>
        <w:br w:type="page"/>
      </w:r>
    </w:p>
    <w:p>
      <w:r>
        <w:rPr>
          <w:b/>
          <w:sz w:val="18"/>
        </w:rPr>
        <w:t>RELIEVING-CUM-EXPERIENCE LETTER</w:t>
      </w:r>
    </w:p>
    <w:p>
      <w:r>
        <w:rPr>
          <w:i/>
          <w:sz w:val="18"/>
        </w:rPr>
        <w:t>One letter that both relieves the employee and confirms the work they did.</w:t>
      </w:r>
    </w:p>
    <w:p>
      <w:pPr>
        <w:spacing w:after="80"/>
      </w:pPr>
      <w:r>
        <w:rPr>
          <w:b/>
        </w:rPr>
        <w:t>[Company Name]</w:t>
      </w:r>
    </w:p>
    <w:p>
      <w:pPr>
        <w:spacing w:after="80"/>
      </w:pPr>
      <w:r>
        <w:t>[Company address, city, PIN]</w:t>
      </w:r>
    </w:p>
    <w:p>
      <w:pPr>
        <w:spacing w:after="80"/>
      </w:pPr>
      <w:r>
        <w:t>[Phone] · [Email] · GSTIN/CIN: [if any]</w:t>
      </w:r>
    </w:p>
    <w:p>
      <w:pPr>
        <w:spacing w:after="0"/>
      </w:pPr>
    </w:p>
    <w:p>
      <w:pPr>
        <w:spacing w:after="80"/>
      </w:pPr>
      <w:r>
        <w:t>Ref: [HR/REL/2026/__]</w:t>
      </w:r>
    </w:p>
    <w:p>
      <w:pPr>
        <w:spacing w:after="80"/>
      </w:pPr>
      <w:r>
        <w:t>Date: [DD Month YYYY]</w:t>
      </w:r>
    </w:p>
    <w:p>
      <w:pPr>
        <w:spacing w:after="0"/>
      </w:pPr>
    </w:p>
    <w:p>
      <w:pPr>
        <w:spacing w:after="80"/>
      </w:pPr>
      <w:r>
        <w:t>To,</w:t>
      </w:r>
    </w:p>
    <w:p>
      <w:pPr>
        <w:spacing w:after="80"/>
      </w:pPr>
      <w:r>
        <w:t>[Employee Name]</w:t>
      </w:r>
    </w:p>
    <w:p>
      <w:pPr>
        <w:spacing w:after="80"/>
      </w:pPr>
      <w:r>
        <w:t>Employee ID: [ID]</w:t>
      </w:r>
    </w:p>
    <w:p>
      <w:pPr>
        <w:spacing w:after="80"/>
      </w:pPr>
      <w:r>
        <w:t>[Employee address]</w:t>
      </w:r>
    </w:p>
    <w:p>
      <w:pPr>
        <w:spacing w:after="0"/>
      </w:pPr>
    </w:p>
    <w:p>
      <w:pPr>
        <w:spacing w:after="80"/>
      </w:pPr>
      <w:r>
        <w:rPr>
          <w:b/>
        </w:rPr>
        <w:t>Subject: Relieving and experience letter</w:t>
      </w:r>
    </w:p>
    <w:p>
      <w:pPr>
        <w:spacing w:after="0"/>
      </w:pPr>
    </w:p>
    <w:p>
      <w:pPr>
        <w:spacing w:after="80"/>
      </w:pPr>
      <w:r>
        <w:t>To whom it may concern</w:t>
      </w:r>
    </w:p>
    <w:p>
      <w:pPr>
        <w:spacing w:after="80"/>
      </w:pPr>
      <w:r>
        <w:t>This is to certify that [Employee Name] (Employee ID [ID]) worked with [Company Name] as [Designation] from [date of joining] to [last working day].</w:t>
      </w:r>
    </w:p>
    <w:p>
      <w:pPr>
        <w:spacing w:after="80"/>
      </w:pPr>
      <w:r>
        <w:t>During this period [he/she/they] handled [two or three main responsibilities, e.g. GST invoicing, vendor payments and month-end bank reconciliation].</w:t>
      </w:r>
    </w:p>
    <w:p>
      <w:pPr>
        <w:spacing w:after="80"/>
      </w:pPr>
      <w:r>
        <w:t>[He/She/They] resigned from the services of the company and has been relieved at the close of working hours on [last working day], after handing over all duties and company property.</w:t>
      </w:r>
    </w:p>
    <w:p>
      <w:pPr>
        <w:spacing w:after="80"/>
      </w:pPr>
      <w:r>
        <w:t>We wish [him/her/them] the very best in future.</w:t>
      </w:r>
    </w:p>
    <w:p>
      <w:pPr>
        <w:spacing w:after="80"/>
      </w:pPr>
      <w:r>
        <w:t>Yours sincerely,</w:t>
      </w:r>
    </w:p>
    <w:p>
      <w:pPr>
        <w:spacing w:after="0"/>
      </w:pPr>
    </w:p>
    <w:p>
      <w:pPr>
        <w:spacing w:after="80"/>
      </w:pPr>
      <w:r>
        <w:t>For [Company Name]</w:t>
      </w:r>
    </w:p>
    <w:p>
      <w:pPr>
        <w:spacing w:after="0"/>
      </w:pPr>
    </w:p>
    <w:p>
      <w:pPr>
        <w:spacing w:after="0"/>
      </w:pPr>
    </w:p>
    <w:p>
      <w:pPr>
        <w:spacing w:after="80"/>
      </w:pPr>
      <w:r>
        <w:t>[Authorised Signatory Name]</w:t>
      </w:r>
    </w:p>
    <w:p>
      <w:pPr>
        <w:spacing w:after="80"/>
      </w:pPr>
      <w:r>
        <w:t>[Designation: Proprietor / Partner / Director / HR Manager]</w:t>
      </w:r>
    </w:p>
    <w:p>
      <w:pPr>
        <w:spacing w:after="80"/>
      </w:pPr>
      <w:r>
        <w:t>(Signature and company seal, if used)</w:t>
      </w:r>
    </w:p>
    <w:p>
      <w:r>
        <w:br w:type="page"/>
      </w:r>
    </w:p>
    <w:p>
      <w:r>
        <w:rPr>
          <w:b/>
          <w:sz w:val="18"/>
        </w:rPr>
        <w:t>RELIEVING LETTER: NOTICE PERIOD BOUGHT OUT OR WAIVED</w:t>
      </w:r>
    </w:p>
    <w:p>
      <w:r>
        <w:rPr>
          <w:i/>
          <w:sz w:val="18"/>
        </w:rPr>
        <w:t>Use when the employee paid for the unserved notice or you agreed to release them early.</w:t>
      </w:r>
    </w:p>
    <w:p>
      <w:pPr>
        <w:spacing w:after="80"/>
      </w:pPr>
      <w:r>
        <w:rPr>
          <w:b/>
        </w:rPr>
        <w:t>[Company Name]</w:t>
      </w:r>
    </w:p>
    <w:p>
      <w:pPr>
        <w:spacing w:after="80"/>
      </w:pPr>
      <w:r>
        <w:t>[Company address, city, PIN]</w:t>
      </w:r>
    </w:p>
    <w:p>
      <w:pPr>
        <w:spacing w:after="80"/>
      </w:pPr>
      <w:r>
        <w:t>[Phone] · [Email] · GSTIN/CIN: [if any]</w:t>
      </w:r>
    </w:p>
    <w:p>
      <w:pPr>
        <w:spacing w:after="0"/>
      </w:pPr>
    </w:p>
    <w:p>
      <w:pPr>
        <w:spacing w:after="80"/>
      </w:pPr>
      <w:r>
        <w:t>Ref: [HR/REL/2026/__]</w:t>
      </w:r>
    </w:p>
    <w:p>
      <w:pPr>
        <w:spacing w:after="80"/>
      </w:pPr>
      <w:r>
        <w:t>Date: [DD Month YYYY]</w:t>
      </w:r>
    </w:p>
    <w:p>
      <w:pPr>
        <w:spacing w:after="0"/>
      </w:pPr>
    </w:p>
    <w:p>
      <w:pPr>
        <w:spacing w:after="80"/>
      </w:pPr>
      <w:r>
        <w:t>To,</w:t>
      </w:r>
    </w:p>
    <w:p>
      <w:pPr>
        <w:spacing w:after="80"/>
      </w:pPr>
      <w:r>
        <w:t>[Employee Name]</w:t>
      </w:r>
    </w:p>
    <w:p>
      <w:pPr>
        <w:spacing w:after="80"/>
      </w:pPr>
      <w:r>
        <w:t>Employee ID: [ID]</w:t>
      </w:r>
    </w:p>
    <w:p>
      <w:pPr>
        <w:spacing w:after="80"/>
      </w:pPr>
      <w:r>
        <w:t>[Employee address]</w:t>
      </w:r>
    </w:p>
    <w:p>
      <w:pPr>
        <w:spacing w:after="0"/>
      </w:pPr>
    </w:p>
    <w:p>
      <w:pPr>
        <w:spacing w:after="80"/>
      </w:pPr>
      <w:r>
        <w:rPr>
          <w:b/>
        </w:rPr>
        <w:t>Subject: Relieving letter</w:t>
      </w:r>
    </w:p>
    <w:p>
      <w:pPr>
        <w:spacing w:after="0"/>
      </w:pPr>
    </w:p>
    <w:p>
      <w:pPr>
        <w:spacing w:after="80"/>
      </w:pPr>
      <w:r>
        <w:t>Dear [Employee Name],</w:t>
      </w:r>
    </w:p>
    <w:p>
      <w:pPr>
        <w:spacing w:after="80"/>
      </w:pPr>
      <w:r>
        <w:t>With reference to your resignation dated [date of resignation], you are relieved from the services of [Company Name] at the close of working hours on [last working day].</w:t>
      </w:r>
    </w:p>
    <w:p>
      <w:pPr>
        <w:spacing w:after="80"/>
      </w:pPr>
      <w:r>
        <w:t>[Option A: The balance notice period of [number] days has been bought out by you, as agreed in writing on [date].] [Option B: The company has waived the balance notice period of [number] days at your request.]</w:t>
      </w:r>
    </w:p>
    <w:p>
      <w:pPr>
        <w:spacing w:after="80"/>
      </w:pPr>
      <w:r>
        <w:t>You worked with us as [Designation] from [date of joining] to [last working day]. You have handed over all company property and documents.</w:t>
      </w:r>
    </w:p>
    <w:p>
      <w:pPr>
        <w:spacing w:after="80"/>
      </w:pPr>
      <w:r>
        <w:t>Your full and final settlement [has been paid / will be paid on or before [date]].</w:t>
      </w:r>
    </w:p>
    <w:p>
      <w:pPr>
        <w:spacing w:after="80"/>
      </w:pPr>
      <w:r>
        <w:t>We wish you success in the future.</w:t>
      </w:r>
    </w:p>
    <w:p>
      <w:pPr>
        <w:spacing w:after="80"/>
      </w:pPr>
      <w:r>
        <w:t>Yours sincerely,</w:t>
      </w:r>
    </w:p>
    <w:p>
      <w:pPr>
        <w:spacing w:after="0"/>
      </w:pPr>
    </w:p>
    <w:p>
      <w:pPr>
        <w:spacing w:after="80"/>
      </w:pPr>
      <w:r>
        <w:t>For [Company Name]</w:t>
      </w:r>
    </w:p>
    <w:p>
      <w:pPr>
        <w:spacing w:after="0"/>
      </w:pPr>
    </w:p>
    <w:p>
      <w:pPr>
        <w:spacing w:after="0"/>
      </w:pPr>
    </w:p>
    <w:p>
      <w:pPr>
        <w:spacing w:after="80"/>
      </w:pPr>
      <w:r>
        <w:t>[Authorised Signatory Name]</w:t>
      </w:r>
    </w:p>
    <w:p>
      <w:pPr>
        <w:spacing w:after="80"/>
      </w:pPr>
      <w:r>
        <w:t>[Designation: Proprietor / Partner / Director / HR Manager]</w:t>
      </w:r>
    </w:p>
    <w:p>
      <w:pPr>
        <w:spacing w:after="80"/>
      </w:pPr>
      <w:r>
        <w:t>(Signature and company seal, if used)</w:t>
      </w:r>
    </w:p>
    <w:p>
      <w:r>
        <w:br w:type="page"/>
      </w:r>
    </w:p>
    <w:p>
      <w:r>
        <w:rPr>
          <w:b/>
          <w:sz w:val="18"/>
        </w:rPr>
        <w:t>RELIEVING LETTER: SHORT NOTICE WITH RECOVERY</w:t>
      </w:r>
    </w:p>
    <w:p>
      <w:r>
        <w:rPr>
          <w:i/>
          <w:sz w:val="18"/>
        </w:rPr>
        <w:t>Use when the employee left before completing notice and agreed in writing to an adjustment in the final settlement.</w:t>
      </w:r>
    </w:p>
    <w:p>
      <w:pPr>
        <w:spacing w:after="80"/>
      </w:pPr>
      <w:r>
        <w:rPr>
          <w:b/>
        </w:rPr>
        <w:t>[Company Name]</w:t>
      </w:r>
    </w:p>
    <w:p>
      <w:pPr>
        <w:spacing w:after="80"/>
      </w:pPr>
      <w:r>
        <w:t>[Company address, city, PIN]</w:t>
      </w:r>
    </w:p>
    <w:p>
      <w:pPr>
        <w:spacing w:after="80"/>
      </w:pPr>
      <w:r>
        <w:t>[Phone] · [Email] · GSTIN/CIN: [if any]</w:t>
      </w:r>
    </w:p>
    <w:p>
      <w:pPr>
        <w:spacing w:after="0"/>
      </w:pPr>
    </w:p>
    <w:p>
      <w:pPr>
        <w:spacing w:after="80"/>
      </w:pPr>
      <w:r>
        <w:t>Ref: [HR/REL/2026/__]</w:t>
      </w:r>
    </w:p>
    <w:p>
      <w:pPr>
        <w:spacing w:after="80"/>
      </w:pPr>
      <w:r>
        <w:t>Date: [DD Month YYYY]</w:t>
      </w:r>
    </w:p>
    <w:p>
      <w:pPr>
        <w:spacing w:after="0"/>
      </w:pPr>
    </w:p>
    <w:p>
      <w:pPr>
        <w:spacing w:after="80"/>
      </w:pPr>
      <w:r>
        <w:t>To,</w:t>
      </w:r>
    </w:p>
    <w:p>
      <w:pPr>
        <w:spacing w:after="80"/>
      </w:pPr>
      <w:r>
        <w:t>[Employee Name]</w:t>
      </w:r>
    </w:p>
    <w:p>
      <w:pPr>
        <w:spacing w:after="80"/>
      </w:pPr>
      <w:r>
        <w:t>Employee ID: [ID]</w:t>
      </w:r>
    </w:p>
    <w:p>
      <w:pPr>
        <w:spacing w:after="80"/>
      </w:pPr>
      <w:r>
        <w:t>[Employee address]</w:t>
      </w:r>
    </w:p>
    <w:p>
      <w:pPr>
        <w:spacing w:after="0"/>
      </w:pPr>
    </w:p>
    <w:p>
      <w:pPr>
        <w:spacing w:after="80"/>
      </w:pPr>
      <w:r>
        <w:rPr>
          <w:b/>
        </w:rPr>
        <w:t>Subject: Relieving letter</w:t>
      </w:r>
    </w:p>
    <w:p>
      <w:pPr>
        <w:spacing w:after="0"/>
      </w:pPr>
    </w:p>
    <w:p>
      <w:pPr>
        <w:spacing w:after="80"/>
      </w:pPr>
      <w:r>
        <w:t>Dear [Employee Name],</w:t>
      </w:r>
    </w:p>
    <w:p>
      <w:pPr>
        <w:spacing w:after="80"/>
      </w:pPr>
      <w:r>
        <w:t>You resigned on [date of resignation] and your last working day was [last working day]. Your notice period as per your appointment letter is [number] days, of which [number] days were not served.</w:t>
      </w:r>
    </w:p>
    <w:p>
      <w:pPr>
        <w:spacing w:after="80"/>
      </w:pPr>
      <w:r>
        <w:t>As agreed by you in writing on [date], an amount of ₹[amount] for the unserved notice period has been adjusted in your full and final settlement. The settlement statement is attached.</w:t>
      </w:r>
    </w:p>
    <w:p>
      <w:pPr>
        <w:spacing w:after="80"/>
      </w:pPr>
      <w:r>
        <w:t>You are relieved from the services of [Company Name] with effect from the close of working hours on [last working day]. You worked with us as [Designation] from [date of joining] to [last working day].</w:t>
      </w:r>
    </w:p>
    <w:p>
      <w:pPr>
        <w:spacing w:after="80"/>
      </w:pPr>
      <w:r>
        <w:t>We wish you success in the future.</w:t>
      </w:r>
    </w:p>
    <w:p>
      <w:pPr>
        <w:spacing w:after="80"/>
      </w:pPr>
      <w:r>
        <w:t>Yours sincerely,</w:t>
      </w:r>
    </w:p>
    <w:p>
      <w:pPr>
        <w:spacing w:after="0"/>
      </w:pPr>
    </w:p>
    <w:p>
      <w:pPr>
        <w:spacing w:after="80"/>
      </w:pPr>
      <w:r>
        <w:t>For [Company Name]</w:t>
      </w:r>
    </w:p>
    <w:p>
      <w:pPr>
        <w:spacing w:after="0"/>
      </w:pPr>
    </w:p>
    <w:p>
      <w:pPr>
        <w:spacing w:after="0"/>
      </w:pPr>
    </w:p>
    <w:p>
      <w:pPr>
        <w:spacing w:after="80"/>
      </w:pPr>
      <w:r>
        <w:t>[Authorised Signatory Name]</w:t>
      </w:r>
    </w:p>
    <w:p>
      <w:pPr>
        <w:spacing w:after="80"/>
      </w:pPr>
      <w:r>
        <w:t>[Designation: Proprietor / Partner / Director / HR Manager]</w:t>
      </w:r>
    </w:p>
    <w:p>
      <w:pPr>
        <w:spacing w:after="80"/>
      </w:pPr>
      <w:r>
        <w:t>(Signature and company seal, if used)</w:t>
      </w:r>
    </w:p>
    <w:p>
      <w:r>
        <w:br w:type="page"/>
      </w:r>
    </w:p>
    <w:p>
      <w:r>
        <w:rPr>
          <w:b/>
          <w:sz w:val="18"/>
        </w:rPr>
        <w:t>RELIEVING LETTER DURING OR AT THE END OF PROBATION</w:t>
      </w:r>
    </w:p>
    <w:p>
      <w:r>
        <w:rPr>
          <w:i/>
          <w:sz w:val="18"/>
        </w:rPr>
        <w:t>For an employee who leaves, or is not confirmed, during probation.</w:t>
      </w:r>
    </w:p>
    <w:p>
      <w:pPr>
        <w:spacing w:after="80"/>
      </w:pPr>
      <w:r>
        <w:rPr>
          <w:b/>
        </w:rPr>
        <w:t>[Company Name]</w:t>
      </w:r>
    </w:p>
    <w:p>
      <w:pPr>
        <w:spacing w:after="80"/>
      </w:pPr>
      <w:r>
        <w:t>[Company address, city, PIN]</w:t>
      </w:r>
    </w:p>
    <w:p>
      <w:pPr>
        <w:spacing w:after="80"/>
      </w:pPr>
      <w:r>
        <w:t>[Phone] · [Email] · GSTIN/CIN: [if any]</w:t>
      </w:r>
    </w:p>
    <w:p>
      <w:pPr>
        <w:spacing w:after="0"/>
      </w:pPr>
    </w:p>
    <w:p>
      <w:pPr>
        <w:spacing w:after="80"/>
      </w:pPr>
      <w:r>
        <w:t>Ref: [HR/REL/2026/__]</w:t>
      </w:r>
    </w:p>
    <w:p>
      <w:pPr>
        <w:spacing w:after="80"/>
      </w:pPr>
      <w:r>
        <w:t>Date: [DD Month YYYY]</w:t>
      </w:r>
    </w:p>
    <w:p>
      <w:pPr>
        <w:spacing w:after="0"/>
      </w:pPr>
    </w:p>
    <w:p>
      <w:pPr>
        <w:spacing w:after="80"/>
      </w:pPr>
      <w:r>
        <w:t>To,</w:t>
      </w:r>
    </w:p>
    <w:p>
      <w:pPr>
        <w:spacing w:after="80"/>
      </w:pPr>
      <w:r>
        <w:t>[Employee Name]</w:t>
      </w:r>
    </w:p>
    <w:p>
      <w:pPr>
        <w:spacing w:after="80"/>
      </w:pPr>
      <w:r>
        <w:t>Employee ID: [ID]</w:t>
      </w:r>
    </w:p>
    <w:p>
      <w:pPr>
        <w:spacing w:after="80"/>
      </w:pPr>
      <w:r>
        <w:t>[Employee address]</w:t>
      </w:r>
    </w:p>
    <w:p>
      <w:pPr>
        <w:spacing w:after="0"/>
      </w:pPr>
    </w:p>
    <w:p>
      <w:pPr>
        <w:spacing w:after="80"/>
      </w:pPr>
      <w:r>
        <w:rPr>
          <w:b/>
        </w:rPr>
        <w:t>Subject: Relieving letter</w:t>
      </w:r>
    </w:p>
    <w:p>
      <w:pPr>
        <w:spacing w:after="0"/>
      </w:pPr>
    </w:p>
    <w:p>
      <w:pPr>
        <w:spacing w:after="80"/>
      </w:pPr>
      <w:r>
        <w:t>Dear [Employee Name],</w:t>
      </w:r>
    </w:p>
    <w:p>
      <w:pPr>
        <w:spacing w:after="80"/>
      </w:pPr>
      <w:r>
        <w:t>You joined [Company Name] on [date of joining] as [Designation] on probation. [Option A: With reference to your resignation dated [date], / Option B: As informed to you by letter dated [date],] your employment ends on [last working day].</w:t>
      </w:r>
    </w:p>
    <w:p>
      <w:pPr>
        <w:spacing w:after="80"/>
      </w:pPr>
      <w:r>
        <w:t>You are relieved from the services of the company at the close of working hours on [last working day], after handing over company property. The notice period of [number] days applicable during probation [has been served / has been waived].</w:t>
      </w:r>
    </w:p>
    <w:p>
      <w:pPr>
        <w:spacing w:after="80"/>
      </w:pPr>
      <w:r>
        <w:t>Your dues up to your last working day [have been paid / will be paid on or before [date]].</w:t>
      </w:r>
    </w:p>
    <w:p>
      <w:pPr>
        <w:spacing w:after="80"/>
      </w:pPr>
      <w:r>
        <w:t>We wish you success in the future.</w:t>
      </w:r>
    </w:p>
    <w:p>
      <w:pPr>
        <w:spacing w:after="80"/>
      </w:pPr>
      <w:r>
        <w:t>Yours sincerely,</w:t>
      </w:r>
    </w:p>
    <w:p>
      <w:pPr>
        <w:spacing w:after="0"/>
      </w:pPr>
    </w:p>
    <w:p>
      <w:pPr>
        <w:spacing w:after="80"/>
      </w:pPr>
      <w:r>
        <w:t>For [Company Name]</w:t>
      </w:r>
    </w:p>
    <w:p>
      <w:pPr>
        <w:spacing w:after="0"/>
      </w:pPr>
    </w:p>
    <w:p>
      <w:pPr>
        <w:spacing w:after="0"/>
      </w:pPr>
    </w:p>
    <w:p>
      <w:pPr>
        <w:spacing w:after="80"/>
      </w:pPr>
      <w:r>
        <w:t>[Authorised Signatory Name]</w:t>
      </w:r>
    </w:p>
    <w:p>
      <w:pPr>
        <w:spacing w:after="80"/>
      </w:pPr>
      <w:r>
        <w:t>[Designation: Proprietor / Partner / Director / HR Manager]</w:t>
      </w:r>
    </w:p>
    <w:p>
      <w:pPr>
        <w:spacing w:after="80"/>
      </w:pPr>
      <w:r>
        <w:t>(Signature and company seal, if used)</w:t>
      </w:r>
    </w:p>
    <w:p>
      <w:r>
        <w:br w:type="page"/>
      </w:r>
    </w:p>
    <w:p>
      <w:r>
        <w:rPr>
          <w:b/>
          <w:sz w:val="18"/>
        </w:rPr>
        <w:t>RELIEVING LETTER AFTER TERMINATION OR LAYOFF</w:t>
      </w:r>
    </w:p>
    <w:p>
      <w:r>
        <w:rPr>
          <w:i/>
          <w:sz w:val="18"/>
        </w:rPr>
        <w:t>Neutral letter after the employer ended the employment. Keep reasons out of it; they belong in the termination letter.</w:t>
      </w:r>
    </w:p>
    <w:p>
      <w:pPr>
        <w:spacing w:after="80"/>
      </w:pPr>
      <w:r>
        <w:rPr>
          <w:b/>
        </w:rPr>
        <w:t>[Company Name]</w:t>
      </w:r>
    </w:p>
    <w:p>
      <w:pPr>
        <w:spacing w:after="80"/>
      </w:pPr>
      <w:r>
        <w:t>[Company address, city, PIN]</w:t>
      </w:r>
    </w:p>
    <w:p>
      <w:pPr>
        <w:spacing w:after="80"/>
      </w:pPr>
      <w:r>
        <w:t>[Phone] · [Email] · GSTIN/CIN: [if any]</w:t>
      </w:r>
    </w:p>
    <w:p>
      <w:pPr>
        <w:spacing w:after="0"/>
      </w:pPr>
    </w:p>
    <w:p>
      <w:pPr>
        <w:spacing w:after="80"/>
      </w:pPr>
      <w:r>
        <w:t>Ref: [HR/REL/2026/__]</w:t>
      </w:r>
    </w:p>
    <w:p>
      <w:pPr>
        <w:spacing w:after="80"/>
      </w:pPr>
      <w:r>
        <w:t>Date: [DD Month YYYY]</w:t>
      </w:r>
    </w:p>
    <w:p>
      <w:pPr>
        <w:spacing w:after="0"/>
      </w:pPr>
    </w:p>
    <w:p>
      <w:pPr>
        <w:spacing w:after="80"/>
      </w:pPr>
      <w:r>
        <w:t>To,</w:t>
      </w:r>
    </w:p>
    <w:p>
      <w:pPr>
        <w:spacing w:after="80"/>
      </w:pPr>
      <w:r>
        <w:t>[Employee Name]</w:t>
      </w:r>
    </w:p>
    <w:p>
      <w:pPr>
        <w:spacing w:after="80"/>
      </w:pPr>
      <w:r>
        <w:t>Employee ID: [ID]</w:t>
      </w:r>
    </w:p>
    <w:p>
      <w:pPr>
        <w:spacing w:after="80"/>
      </w:pPr>
      <w:r>
        <w:t>[Employee address]</w:t>
      </w:r>
    </w:p>
    <w:p>
      <w:pPr>
        <w:spacing w:after="0"/>
      </w:pPr>
    </w:p>
    <w:p>
      <w:pPr>
        <w:spacing w:after="80"/>
      </w:pPr>
      <w:r>
        <w:rPr>
          <w:b/>
        </w:rPr>
        <w:t>Subject: Relieving letter</w:t>
      </w:r>
    </w:p>
    <w:p>
      <w:pPr>
        <w:spacing w:after="0"/>
      </w:pPr>
    </w:p>
    <w:p>
      <w:pPr>
        <w:spacing w:after="80"/>
      </w:pPr>
      <w:r>
        <w:t>Dear [Employee Name],</w:t>
      </w:r>
    </w:p>
    <w:p>
      <w:pPr>
        <w:spacing w:after="80"/>
      </w:pPr>
      <w:r>
        <w:t>Further to our letter dated [date of termination / layoff letter], your employment with [Company Name] ends on [last working day]. You are relieved from the services of the company at the close of working hours on that date.</w:t>
      </w:r>
    </w:p>
    <w:p>
      <w:pPr>
        <w:spacing w:after="80"/>
      </w:pPr>
      <w:r>
        <w:t>You worked with us as [Designation] from [date of joining] to [last working day].</w:t>
      </w:r>
    </w:p>
    <w:p>
      <w:pPr>
        <w:spacing w:after="80"/>
      </w:pPr>
      <w:r>
        <w:t>Your wages, [notice pay / retrenchment compensation, if applicable] and other dues [have been paid on [date] / will be paid on or before [date]].</w:t>
      </w:r>
    </w:p>
    <w:p>
      <w:pPr>
        <w:spacing w:after="80"/>
      </w:pPr>
      <w:r>
        <w:t>Please return any company property still with you by [date].</w:t>
      </w:r>
    </w:p>
    <w:p>
      <w:pPr>
        <w:spacing w:after="80"/>
      </w:pPr>
      <w:r>
        <w:t>Yours sincerely,</w:t>
      </w:r>
    </w:p>
    <w:p>
      <w:pPr>
        <w:spacing w:after="0"/>
      </w:pPr>
    </w:p>
    <w:p>
      <w:pPr>
        <w:spacing w:after="80"/>
      </w:pPr>
      <w:r>
        <w:t>For [Company Name]</w:t>
      </w:r>
    </w:p>
    <w:p>
      <w:pPr>
        <w:spacing w:after="0"/>
      </w:pPr>
    </w:p>
    <w:p>
      <w:pPr>
        <w:spacing w:after="0"/>
      </w:pPr>
    </w:p>
    <w:p>
      <w:pPr>
        <w:spacing w:after="80"/>
      </w:pPr>
      <w:r>
        <w:t>[Authorised Signatory Name]</w:t>
      </w:r>
    </w:p>
    <w:p>
      <w:pPr>
        <w:spacing w:after="80"/>
      </w:pPr>
      <w:r>
        <w:t>[Designation: Proprietor / Partner / Director / HR Manager]</w:t>
      </w:r>
    </w:p>
    <w:p>
      <w:pPr>
        <w:spacing w:after="80"/>
      </w:pPr>
      <w:r>
        <w:t>(Signature and company seal, if used)</w:t>
      </w:r>
    </w:p>
    <w:p>
      <w:r>
        <w:br w:type="page"/>
      </w:r>
    </w:p>
    <w:p>
      <w:r>
        <w:rPr>
          <w:b/>
          <w:sz w:val="18"/>
        </w:rPr>
        <w:t>NOTICE TO AN ABSCONDING EMPLOYEE (NOT A RELIEVING LETTER)</w:t>
      </w:r>
    </w:p>
    <w:p>
      <w:r>
        <w:rPr>
          <w:i/>
          <w:sz w:val="18"/>
        </w:rPr>
        <w:t>Send to the last known address and email when an employee stops coming without notice. Do not issue a normal relieving letter yet.</w:t>
      </w:r>
    </w:p>
    <w:p>
      <w:pPr>
        <w:spacing w:after="80"/>
      </w:pPr>
      <w:r>
        <w:rPr>
          <w:b/>
        </w:rPr>
        <w:t>[Company Name]</w:t>
      </w:r>
    </w:p>
    <w:p>
      <w:pPr>
        <w:spacing w:after="80"/>
      </w:pPr>
      <w:r>
        <w:t>[Company address, city, PIN]</w:t>
      </w:r>
    </w:p>
    <w:p>
      <w:pPr>
        <w:spacing w:after="80"/>
      </w:pPr>
      <w:r>
        <w:t>[Phone] · [Email] · GSTIN/CIN: [if any]</w:t>
      </w:r>
    </w:p>
    <w:p>
      <w:pPr>
        <w:spacing w:after="0"/>
      </w:pPr>
    </w:p>
    <w:p>
      <w:pPr>
        <w:spacing w:after="80"/>
      </w:pPr>
      <w:r>
        <w:t>Ref: [HR/REL/2026/__]</w:t>
      </w:r>
    </w:p>
    <w:p>
      <w:pPr>
        <w:spacing w:after="80"/>
      </w:pPr>
      <w:r>
        <w:t>Date: [DD Month YYYY]</w:t>
      </w:r>
    </w:p>
    <w:p>
      <w:pPr>
        <w:spacing w:after="0"/>
      </w:pPr>
    </w:p>
    <w:p>
      <w:pPr>
        <w:spacing w:after="80"/>
      </w:pPr>
      <w:r>
        <w:t>To,</w:t>
      </w:r>
    </w:p>
    <w:p>
      <w:pPr>
        <w:spacing w:after="80"/>
      </w:pPr>
      <w:r>
        <w:t>[Employee Name]</w:t>
      </w:r>
    </w:p>
    <w:p>
      <w:pPr>
        <w:spacing w:after="80"/>
      </w:pPr>
      <w:r>
        <w:t>Employee ID: [ID]</w:t>
      </w:r>
    </w:p>
    <w:p>
      <w:pPr>
        <w:spacing w:after="80"/>
      </w:pPr>
      <w:r>
        <w:t>[Employee address]</w:t>
      </w:r>
    </w:p>
    <w:p>
      <w:pPr>
        <w:spacing w:after="0"/>
      </w:pPr>
    </w:p>
    <w:p>
      <w:pPr>
        <w:spacing w:after="80"/>
      </w:pPr>
      <w:r>
        <w:rPr>
          <w:b/>
        </w:rPr>
        <w:t>Subject: Unauthorised absence from [date]: please report or respond</w:t>
      </w:r>
    </w:p>
    <w:p>
      <w:pPr>
        <w:spacing w:after="0"/>
      </w:pPr>
    </w:p>
    <w:p>
      <w:pPr>
        <w:spacing w:after="80"/>
      </w:pPr>
      <w:r>
        <w:t>Dear [Employee Name],</w:t>
      </w:r>
    </w:p>
    <w:p>
      <w:pPr>
        <w:spacing w:after="80"/>
      </w:pPr>
      <w:r>
        <w:t>You have been absent from work since [date] without leave or information. Our calls and messages on [dates] have not been answered.</w:t>
      </w:r>
    </w:p>
    <w:p>
      <w:pPr>
        <w:spacing w:after="80"/>
      </w:pPr>
      <w:r>
        <w:t>Please report to work or reply in writing by [date, at least 7 days ahead] explaining your absence. If you wish to resign, please send your resignation in writing.</w:t>
      </w:r>
    </w:p>
    <w:p>
      <w:pPr>
        <w:spacing w:after="80"/>
      </w:pPr>
      <w:r>
        <w:t>Please also return company property in your possession: [laptop, ID card, keys, documents].</w:t>
      </w:r>
    </w:p>
    <w:p>
      <w:pPr>
        <w:spacing w:after="80"/>
      </w:pPr>
      <w:r>
        <w:t>If we do not hear from you by that date, the company will take further action as per your appointment letter and company policy. Your wages for days worked up to [last day attended] are available and will be paid to your bank account.</w:t>
      </w:r>
    </w:p>
    <w:p>
      <w:pPr>
        <w:spacing w:after="80"/>
      </w:pPr>
      <w:r>
        <w:t>Yours sincerely,</w:t>
      </w:r>
    </w:p>
    <w:p>
      <w:pPr>
        <w:spacing w:after="0"/>
      </w:pPr>
    </w:p>
    <w:p>
      <w:pPr>
        <w:spacing w:after="80"/>
      </w:pPr>
      <w:r>
        <w:t>For [Company Name]</w:t>
      </w:r>
    </w:p>
    <w:p>
      <w:pPr>
        <w:spacing w:after="0"/>
      </w:pPr>
    </w:p>
    <w:p>
      <w:pPr>
        <w:spacing w:after="0"/>
      </w:pPr>
    </w:p>
    <w:p>
      <w:pPr>
        <w:spacing w:after="80"/>
      </w:pPr>
      <w:r>
        <w:t>[Authorised Signatory Name]</w:t>
      </w:r>
    </w:p>
    <w:p>
      <w:pPr>
        <w:spacing w:after="80"/>
      </w:pPr>
      <w:r>
        <w:t>[Designation: Proprietor / Partner / Director / HR Manager]</w:t>
      </w:r>
    </w:p>
    <w:p>
      <w:pPr>
        <w:spacing w:after="80"/>
      </w:pPr>
      <w:r>
        <w:t>(Signature and company seal, if used)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